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7A" w:rsidRDefault="00441B90">
      <w:pPr>
        <w:jc w:val="right"/>
      </w:pPr>
      <w:r>
        <w:t>…… / …… / 2026</w:t>
      </w:r>
    </w:p>
    <w:p w:rsidR="00314A7A" w:rsidRDefault="00441B90">
      <w:pPr>
        <w:spacing w:before="60" w:after="40"/>
        <w:jc w:val="center"/>
      </w:pPr>
      <w:r>
        <w:rPr>
          <w:b/>
        </w:rPr>
        <w:t>MERSİN ÜNİVERSİTESİ</w:t>
      </w:r>
    </w:p>
    <w:p w:rsidR="00314A7A" w:rsidRDefault="00441B90">
      <w:pPr>
        <w:spacing w:before="60" w:after="40"/>
        <w:jc w:val="center"/>
      </w:pPr>
      <w:r>
        <w:rPr>
          <w:b/>
        </w:rPr>
        <w:t>İLAHİYAT FAKÜLTESİ DEKANLIĞINA</w:t>
      </w:r>
    </w:p>
    <w:p w:rsidR="00314A7A" w:rsidRDefault="00314A7A">
      <w:pPr>
        <w:spacing w:after="60"/>
      </w:pPr>
    </w:p>
    <w:p w:rsidR="00314A7A" w:rsidRDefault="00441B90">
      <w:pPr>
        <w:spacing w:after="160" w:line="276" w:lineRule="auto"/>
        <w:ind w:firstLine="709"/>
        <w:jc w:val="both"/>
      </w:pPr>
      <w:r>
        <w:t xml:space="preserve">Yükseköğretim Kurulu Başkanlığının 29.07.2026 tarihli ve 50307 sayılı Yükseköğretim Yürütme Kurulu toplantısında alınan kararı uyarınca, 06 Şubat 2023 tarihinde Kahramanmaraş merkezli </w:t>
      </w:r>
      <w:r>
        <w:t>meydana gelen depremler nedeniyle tanınan özel öğrencilik hakkı kapsamında, 2026-2027 eğitim-öğretim yılı Güz/Bahar döneminde Fakülteniz İlahiyat Lisans Programında özel öğrenci statüsünde öğrenim görmek istiyorum.</w:t>
      </w:r>
    </w:p>
    <w:p w:rsidR="00314A7A" w:rsidRDefault="00441B90">
      <w:pPr>
        <w:spacing w:after="200"/>
        <w:ind w:firstLine="709"/>
      </w:pPr>
      <w:r>
        <w:t>Gereğini saygılarımla arz ederim.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3969"/>
      </w:tblGrid>
      <w:tr w:rsidR="00314A7A">
        <w:trPr>
          <w:jc w:val="right"/>
        </w:trPr>
        <w:tc>
          <w:tcPr>
            <w:tcW w:w="4819" w:type="dxa"/>
          </w:tcPr>
          <w:p w:rsidR="00314A7A" w:rsidRDefault="00314A7A"/>
        </w:tc>
        <w:tc>
          <w:tcPr>
            <w:tcW w:w="3969" w:type="dxa"/>
          </w:tcPr>
          <w:p w:rsidR="00314A7A" w:rsidRDefault="00441B90">
            <w:pPr>
              <w:jc w:val="center"/>
            </w:pPr>
            <w:r>
              <w:rPr>
                <w:sz w:val="23"/>
              </w:rPr>
              <w:t xml:space="preserve">Tarih </w:t>
            </w:r>
            <w:r>
              <w:rPr>
                <w:sz w:val="23"/>
              </w:rPr>
              <w:t>/ İmza</w:t>
            </w:r>
          </w:p>
        </w:tc>
      </w:tr>
      <w:tr w:rsidR="00314A7A">
        <w:trPr>
          <w:jc w:val="right"/>
        </w:trPr>
        <w:tc>
          <w:tcPr>
            <w:tcW w:w="4819" w:type="dxa"/>
          </w:tcPr>
          <w:p w:rsidR="00314A7A" w:rsidRDefault="00314A7A"/>
        </w:tc>
        <w:tc>
          <w:tcPr>
            <w:tcW w:w="3969" w:type="dxa"/>
          </w:tcPr>
          <w:p w:rsidR="00314A7A" w:rsidRDefault="00441B90">
            <w:pPr>
              <w:jc w:val="center"/>
            </w:pPr>
            <w:r>
              <w:rPr>
                <w:sz w:val="23"/>
              </w:rPr>
              <w:t>(Ad, Soyad)</w:t>
            </w:r>
          </w:p>
        </w:tc>
      </w:tr>
      <w:tr w:rsidR="00314A7A">
        <w:trPr>
          <w:jc w:val="right"/>
        </w:trPr>
        <w:tc>
          <w:tcPr>
            <w:tcW w:w="4819" w:type="dxa"/>
          </w:tcPr>
          <w:p w:rsidR="00314A7A" w:rsidRDefault="00314A7A"/>
        </w:tc>
        <w:tc>
          <w:tcPr>
            <w:tcW w:w="3969" w:type="dxa"/>
          </w:tcPr>
          <w:p w:rsidR="00314A7A" w:rsidRDefault="00441B90">
            <w:pPr>
              <w:jc w:val="center"/>
            </w:pPr>
            <w:r>
              <w:rPr>
                <w:sz w:val="23"/>
              </w:rPr>
              <w:t>....................................................</w:t>
            </w:r>
          </w:p>
        </w:tc>
      </w:tr>
      <w:tr w:rsidR="00441B90">
        <w:trPr>
          <w:jc w:val="right"/>
        </w:trPr>
        <w:tc>
          <w:tcPr>
            <w:tcW w:w="4819" w:type="dxa"/>
          </w:tcPr>
          <w:p w:rsidR="00441B90" w:rsidRDefault="00441B90"/>
          <w:p w:rsidR="00441B90" w:rsidRDefault="00441B90"/>
        </w:tc>
        <w:tc>
          <w:tcPr>
            <w:tcW w:w="3969" w:type="dxa"/>
          </w:tcPr>
          <w:p w:rsidR="00441B90" w:rsidRDefault="00441B90">
            <w:pPr>
              <w:jc w:val="center"/>
              <w:rPr>
                <w:sz w:val="23"/>
              </w:rPr>
            </w:pPr>
          </w:p>
        </w:tc>
      </w:tr>
    </w:tbl>
    <w:p w:rsidR="00314A7A" w:rsidRDefault="00441B90">
      <w:pPr>
        <w:spacing w:after="60"/>
      </w:pPr>
      <w:r>
        <w:rPr>
          <w:b/>
        </w:rPr>
        <w:t>ÖĞRENCİ BİLGİLERİ</w:t>
      </w:r>
    </w:p>
    <w:p w:rsidR="00314A7A" w:rsidRDefault="00441B90">
      <w:pPr>
        <w:spacing w:after="40"/>
      </w:pPr>
      <w:r>
        <w:rPr>
          <w:b/>
          <w:sz w:val="22"/>
        </w:rPr>
        <w:t xml:space="preserve">1) T.C. Kimlik No: </w:t>
      </w:r>
      <w:r>
        <w:rPr>
          <w:sz w:val="22"/>
        </w:rPr>
        <w:t>......................................................................................................................</w:t>
      </w:r>
    </w:p>
    <w:p w:rsidR="00314A7A" w:rsidRDefault="00441B90">
      <w:pPr>
        <w:spacing w:after="40"/>
      </w:pPr>
      <w:r>
        <w:rPr>
          <w:b/>
          <w:sz w:val="22"/>
        </w:rPr>
        <w:t xml:space="preserve">2) Kayıtlı Olduğu Üniversite: </w:t>
      </w:r>
      <w:r>
        <w:rPr>
          <w:sz w:val="22"/>
        </w:rPr>
        <w:t>......................................................................................................................</w:t>
      </w:r>
    </w:p>
    <w:p w:rsidR="00314A7A" w:rsidRDefault="00441B90">
      <w:pPr>
        <w:spacing w:after="40"/>
      </w:pPr>
      <w:r>
        <w:rPr>
          <w:b/>
          <w:sz w:val="22"/>
        </w:rPr>
        <w:t xml:space="preserve">3) Kayıtlı Olduğu Fakülte/Bölüm/Program: </w:t>
      </w:r>
      <w:r>
        <w:rPr>
          <w:sz w:val="22"/>
        </w:rPr>
        <w:t>..................................................................</w:t>
      </w:r>
      <w:r>
        <w:rPr>
          <w:sz w:val="22"/>
        </w:rPr>
        <w:t>....................................................</w:t>
      </w:r>
    </w:p>
    <w:p w:rsidR="00314A7A" w:rsidRDefault="00441B90">
      <w:pPr>
        <w:spacing w:after="40"/>
      </w:pPr>
      <w:r>
        <w:rPr>
          <w:b/>
          <w:sz w:val="22"/>
        </w:rPr>
        <w:t xml:space="preserve">4) Kayıtlı Olduğu Programın Öğretim Dili: </w:t>
      </w:r>
      <w:r>
        <w:rPr>
          <w:sz w:val="22"/>
        </w:rPr>
        <w:t>......................................................................................................................</w:t>
      </w:r>
    </w:p>
    <w:p w:rsidR="00314A7A" w:rsidRDefault="00441B90">
      <w:pPr>
        <w:spacing w:after="40"/>
      </w:pPr>
      <w:r>
        <w:rPr>
          <w:b/>
          <w:sz w:val="22"/>
        </w:rPr>
        <w:t xml:space="preserve">5) Kayıtlı Olduğu Sınıf: </w:t>
      </w:r>
      <w:r>
        <w:rPr>
          <w:sz w:val="22"/>
        </w:rPr>
        <w:t>.................</w:t>
      </w:r>
      <w:r>
        <w:rPr>
          <w:sz w:val="22"/>
        </w:rPr>
        <w:t>.....................................................................................................</w:t>
      </w:r>
    </w:p>
    <w:p w:rsidR="00314A7A" w:rsidRDefault="00441B90">
      <w:pPr>
        <w:spacing w:after="40"/>
      </w:pPr>
      <w:r>
        <w:rPr>
          <w:b/>
          <w:sz w:val="22"/>
        </w:rPr>
        <w:t xml:space="preserve">6) Telefon: </w:t>
      </w:r>
      <w:r>
        <w:rPr>
          <w:sz w:val="22"/>
        </w:rPr>
        <w:t>......................................................................................................................</w:t>
      </w:r>
    </w:p>
    <w:p w:rsidR="00314A7A" w:rsidRDefault="00441B90">
      <w:pPr>
        <w:spacing w:after="40"/>
      </w:pPr>
      <w:r>
        <w:rPr>
          <w:b/>
          <w:sz w:val="22"/>
        </w:rPr>
        <w:t xml:space="preserve">7) E-Posta: </w:t>
      </w:r>
      <w:r>
        <w:rPr>
          <w:sz w:val="22"/>
        </w:rPr>
        <w:t>...........</w:t>
      </w:r>
      <w:r>
        <w:rPr>
          <w:sz w:val="22"/>
        </w:rPr>
        <w:t>...........................................................................................................</w:t>
      </w:r>
    </w:p>
    <w:p w:rsidR="00314A7A" w:rsidRDefault="00441B90">
      <w:pPr>
        <w:spacing w:after="40"/>
      </w:pPr>
      <w:r>
        <w:rPr>
          <w:b/>
          <w:sz w:val="22"/>
        </w:rPr>
        <w:t xml:space="preserve">8) Adres: </w:t>
      </w:r>
      <w:r>
        <w:rPr>
          <w:sz w:val="22"/>
        </w:rPr>
        <w:t>......................................................................................................................</w:t>
      </w:r>
    </w:p>
    <w:p w:rsidR="00314A7A" w:rsidRDefault="00441B90">
      <w:pPr>
        <w:spacing w:after="20"/>
      </w:pPr>
      <w:r>
        <w:rPr>
          <w:sz w:val="22"/>
        </w:rPr>
        <w:t xml:space="preserve">    ...............</w:t>
      </w:r>
      <w:r>
        <w:rPr>
          <w:sz w:val="22"/>
        </w:rPr>
        <w:t>.............................................................................................................................................</w:t>
      </w:r>
    </w:p>
    <w:p w:rsidR="00314A7A" w:rsidRDefault="00441B90">
      <w:pPr>
        <w:spacing w:after="20"/>
        <w:rPr>
          <w:sz w:val="22"/>
        </w:rPr>
      </w:pPr>
      <w:r>
        <w:rPr>
          <w:sz w:val="22"/>
        </w:rPr>
        <w:t xml:space="preserve">    ..............................................................................................................</w:t>
      </w:r>
      <w:r>
        <w:rPr>
          <w:sz w:val="22"/>
        </w:rPr>
        <w:t>..............................................</w:t>
      </w:r>
    </w:p>
    <w:p w:rsidR="00441B90" w:rsidRDefault="00441B90">
      <w:pPr>
        <w:spacing w:after="20"/>
      </w:pPr>
      <w:bookmarkStart w:id="0" w:name="_GoBack"/>
      <w:bookmarkEnd w:id="0"/>
    </w:p>
    <w:p w:rsidR="00314A7A" w:rsidRDefault="00441B90">
      <w:pPr>
        <w:spacing w:before="100"/>
      </w:pPr>
      <w:r>
        <w:rPr>
          <w:b/>
          <w:sz w:val="23"/>
        </w:rPr>
        <w:t>Ek:</w:t>
      </w:r>
      <w:r>
        <w:rPr>
          <w:sz w:val="23"/>
        </w:rPr>
        <w:t xml:space="preserve"> 1- Öğrenci Belgesi</w:t>
      </w:r>
    </w:p>
    <w:sectPr w:rsidR="00314A7A" w:rsidSect="00034616">
      <w:pgSz w:w="12240" w:h="15840"/>
      <w:pgMar w:top="1134" w:right="1134" w:bottom="10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14A7A"/>
    <w:rsid w:val="00326F90"/>
    <w:rsid w:val="00441B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BF17FD"/>
  <w14:defaultImageDpi w14:val="300"/>
  <w15:docId w15:val="{E7194F9A-BDD7-43B0-97AB-631EABA3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noProof/>
      <w:sz w:val="24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B0BB5C-DC44-4CA6-9D15-43D4F736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Deprem Nedeniyle Özel Öğrenci Başvuru Dilekçesi - İlahiyat Fakültesi</dc:title>
  <dc:subject>2026-2027 özel öğrencilik başvurusu</dc:subject>
  <dc:creator>Mersin Üniversitesi İlahiyat Fakültesi</dc:creator>
  <cp:keywords/>
  <dc:description>generated by python-docx</dc:description>
  <cp:lastModifiedBy>ACER</cp:lastModifiedBy>
  <cp:revision>2</cp:revision>
  <dcterms:created xsi:type="dcterms:W3CDTF">2013-12-23T23:15:00Z</dcterms:created>
  <dcterms:modified xsi:type="dcterms:W3CDTF">2026-08-24T10:22:00Z</dcterms:modified>
  <cp:category/>
</cp:coreProperties>
</file>